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הטוב - כמה טרחות טרח בשבילי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'תודה' אוטומטית להכרת טוב אמיתית ומפורטת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דברי בן זומא על האורח הטוב והאורח הרע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תודה מפורט ומשמעותי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האורח הטוב שם לב ומעריך את מה שהוכן בשבילו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פירוט, השפעה והכרה במאמץ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טליה, תלמידה לשעבר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ביקשה ממנה לעזור לסדר את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מעטפת 'המצפן' מספטמבר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הוא בעיניים - במה שבוחרים לראות, לא בארוחה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לקח לה זמן, המורה רק הייתה שם בלי לשאול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במכתב - היא החזירה את הטובה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הרעיון המרכזי שנלמד מדברי בן זומא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המכתב מדגיש שהמורה לא שאלה שאלות, רק הייתה נוכחת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בנינו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לב ומעריך את מה שקיבל)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(חכם שדיבר על שני סוגי 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(כתבה מכתב תודה למורה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(המורה שעזרה לטליה בלי לשאול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(לעשות למישהו אחר מה שעשו בשבילי)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טליה יושבת ליד החלון בכיתה ח׳ ולא מדברת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דנה מבקשת מטליה לעזור לסדר את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טליה מספרת למורה דנה מה קורה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המורה דנה עוזרת לטליה לפנות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טליה הופכת למדריכה בתנועת נוער ועוזרת לחניכה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שלושה מרכיבים: פירוט מדויק של מה שנעשה, תיאור ההשפעה האישית, והכרה במאמץ של הנותן. אפשר לקבל תשובות אישיות ומגוונות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יזהו אנשים כמו נהג אוטובוס, מי שהכין אוכל, עובד ניקיון וכדומה, ויציעו משפט תודה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שלושה מרכיבים: פירוט, השפעה, הכרה במאמץ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שהקשבה ונוכחות בלי שיפוט יכולות לעזור יותר משאלות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רפלקציה על התהליך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'מי עזר לי היום' כדי לחמם את התלמידים לפני הדיון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להשאיר זמן בסוף לכתיבת מכתב התודה האישי - זהו החלק המשמעותי ביותר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לרעיון 'עין טובה' שנלמד בנושאים קודמים כדי לחזק את הרצף הלימודי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הטוב - כמה טרחות טרח בשבילי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להגיד תודה אמיתית. נקרא סיפור על ילדה שכתבה מכתב תודה למורה שלה. נלמד איך להגיד תודה טובה ומפורטת.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הטוב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באמת למה שמישהו עשה בשבילי ולהגיד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לטרוח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להשקיע מאמץ בשביל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אורח 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שמעריך ושם לב למה שנתנו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אורח רע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שם לב ולא מעריך מה שקיבל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קשה שמישהו עשה כדי לעזור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להחזיר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טוב למישהו כתגובה למה שקיבלנו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 אוטומטית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תודה שאומרים בלי לחשוב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עין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על העולם ולראות את הטוב שיש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האורח הטוב שונה מהאורח הרע?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האורח הטוב קיבל ארוחה יותר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האורח הטוב שם לב ומעריך את מה שהוכן בשבילו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האורח הרע לא אכל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להיות בתודה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לומר 'תודה'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פירוט, השפעה והכרה במאמץ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תודה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לומר תודה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כתב/ה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דנה,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טליה, תלמידה לשעבר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חניכה בתנועת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 של 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המורה עשתה בשביל טליה?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נתנה לה ציונים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ביקשה ממנה לעזור לסדר את 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שלחה אותה ליועצת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דיברה איתה על הציונים הנמוכים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פותחים בסיכום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מעטפת 'המצפן' מספטמבר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אישי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בן זומא, שני האורחים קיבלו בדיוק אותה ארוחה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סיפרה למורה דנה מיד מה קורה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טליה היא מדריכה בתנועת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הטוב מתחילה במה שאנחנו בוחרים לראות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דנה שאלה את טליה הרבה שאלות כדי להבין מה קורה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הכרת הטוב היא 'להכיר' - לשים לב באמת למה שאחרים __________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תודה חזקה כוללת שלושה דברים: פירוט, השפעה והכרה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דנה ביקשה מטליה לעזור לה לסדר את ה__________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היום טליה היא __________ בתנועת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המכתב טליה אומרת 'תודה ש__________ אותי'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מסיימת את השיעור במילים: לא חיפשנו שלמות - __________ שלמות, צעד אחר צעד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אורח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לעשות למישהו אחר מה שעשו בשבילי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בן זומא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כתבה מכתב תודה למורה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לב ומעריך את מה שקיבל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חכם שדיבר על שני סוגי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להחזיר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המורה שעזרה לטליה בלי לשאול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דנה מבקשת מטליה לעזור לסדר את הספרייה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יושבת ליד החלון בכיתה ח׳ ולא מדברת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דנה עוזרת לטליה לפנות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הופכת למדריכה בתנועת נוער ועוזרת לחניכה אחרת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מספרת למורה דנה מה קורה 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תודה קצר לאדם משמעותי בחייכם. פרטו: מה בדיוק הוא/היא עשו, איך זה השפיע עליכם, ומה זה דרש מהם (מאמץ, זמן, סבלנות)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'מי עזר לי היום?' - רשמו 3 אנשים שהיו חלק מהבוקר שלכם ושלא הודיתם להם. מה תוכלו לומר 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תודה אוטומטית לתודה חזקה ומפורטת?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של טליה והמורה 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מידה התחזקה אצלכם השנה,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הכרת הטוב - כמה טרחות טרח בשבילי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