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הטוב - כמה טרחות טרח בשבילי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'תודה' אוטומטית להכרת טוב אמיתית ומפורטת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דברי בן זומא על האורח הטוב והאורח הרע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מכתב תודה מפורט ומשמעותי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האורח הטוב שם לב ומעריך את מה שהוכן בשבילו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פירוט, השפעה והכרה במאמץ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טליה, תלמידה לשעבר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ההבדל הוא בעיניים - במה שבוחרים לראות, לא בארוחה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לקח לה זמן, המורה רק הייתה שם בלי לשאול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במכתב - היא החזירה את הטובה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לב ומעריך את מה שקיבל)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(חכם שדיבר על שני סוגי אורחים)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(כתבה מכתב תודה למורה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(המורה שעזרה לטליה בלי לשאול שאלות)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טליה יושבת ליד החלון בכיתה ח׳ ולא מדברת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דנה מבקשת מטליה לעזור לסדר את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טליה מספרת למורה דנה מה קורה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המורה דנה עוזרת לטליה לפנות ליועצת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הכולל שלושה מרכיבים: פירוט מדויק של מה שנעשה, תיאור ההשפעה האישית, והכרה במאמץ של הנותן. אפשר לקבל תשובות אישיות ומגוונות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שלושה מרכיבים: פירוט, השפעה, הכרה במאמץ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שהקשבה ונוכחות בלי שיפוט יכולות לעזור יותר משאלות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רפלקציה על התהליך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'מי עזר לי היום' כדי לחמם את התלמידים לפני הדיון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להשאיר זמן בסוף לכתיבת מכתב התודה האישי - זהו החלק המשמעותי ביותר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לרעיון 'עין טובה' שנלמד בנושאים קודמים כדי לחזק את הרצף הלימודי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הטוב - כמה טרחות טרח בשבילי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נושא הכרת הטוב - איך לשים לב באמת למה שאחרים נותנים לנו, ואיך להחזיר במילה ובמעשה. נקרא על טליה שכתבה מכתב תודה למורה שלה, ונלמד מה הופך תודה לחזקה.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מאמץ  ·  ספרייה  ·  נתנו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האורח הטוב לאורח הרע לפי בן זומא?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האורח הטוב קיבל ארוחה יותר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האורח הטוב שם לב ומעריך את מה שהוכן בשבילו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האורח הרע לא אכל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הופך תודה ל'חזקה'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לומר 'תודה' הרבה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פירוט, השפעה והכרה במאמץ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תודה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כתבה את המכתב 'תודה שראית אותי'?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דנה,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טליה, תלמידה לשעבר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חניכה בתנועת נוער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בן זומא, שני האורחים קיבלו בדיוק אותה ארוחה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טליה סיפרה למורה דנה מיד מה קורה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היום טליה היא מדריכה בתנועת נוער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הכרת הטוב היא 'להכיר' - לשים לב באמת למה שאחרים __________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תודה חזקה כוללת שלושה דברים: פירוט, השפעה והכרה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המורה דנה ביקשה מטליה לעזור לה לסדר את ה__________ הכיתתית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אורח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כתבה מכתב תודה למורה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בן זומא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המורה שעזרה לטליה בלי לשאול 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חכם שדיבר על שני סוגי אורחים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לב ומעריך את מה שקיבל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טליה מספרת למורה דנה מה קורה 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טליה יושבת ליד החלון בכיתה ח׳ ולא מדברת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דנה עוזרת לטליה לפנות ליועצת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דנה מבקשת מטליה לעזור לסדר את הספרייה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תודה קצר לאדם משמעותי בחייכם. פרטו: מה בדיוק הוא/היא עשו, איך זה השפיע עליכם, ומה זה דרש מהם (מאמץ, זמן, סבלנות)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תודה אוטומטית לתודה חזקה ומפורטת?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למדתם מהסיפור של טליה והמורה 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הכרת הטוב - כמה טרחות טרח בשבילי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